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שלשם יכולה להיות סיבה או משמעות מיוחדת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סוגים שונים של שמות: לכבוד מישהו, משמעות, חג, מקום או משאלה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כבוד לשמות של אחרים, גם כשהם לא מוכרים 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לכבד ולהזכיר את אותו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שם שהוא גם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לפעמים השם מבטא משאלה טובה לילד.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כינוי הוא לרוב שם קצר או אחר מהשם הרשמי.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(טיפות מים קטנות בבוקר)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(ניגוד לחושך, מאיר)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(יופי, נוף יפה)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הכנת כרטיס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את השם שלכם באותיות גדולות וצבעוניות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שאלו מבוגר או חפשו מה הסיפור או המשמעות של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כתבו משפט או שניים על הסיפור של השם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את השם, מי בחר בו (אם ידוע) ותיאור קצר של הסיפור או המשמעות.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אישי ומילה מתאימה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שהוא גם מילה עם הסבר נכון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אלף-ביתי נכון: אור, טל, 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הסיפור שמאחורי שם המורה או שמות מוכרים, בלי לציין פרטים אישיים מזהים.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רגישות מיוחדת לתלמידים שלא רוצים לשתף את סיפור שמם, ולהציע את האופציה של שלוש מילים מתארות במקום.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לנהל דיון קצר על מקרה מלאכו ולהדגיש חשיבות ביטוי נכון של שמות בכיתה.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לכל אחד ואחת מאיתנו יש שם, ולפעמים יש לו סיפור מיוחד – למה בחרו בו ומה הוא אומר עלינו. בדף הזה נתרגל להכיר את הסיפורים שמאחורי שמות, ונחשוב איך מכבדים כל שם.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טל  ·  זהות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חלק מההורים בוחרים שם בגלל שם של קרוב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שיהיה קשה לזכור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לכבד ולהזכיר את אותו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אין שמות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שם שהוא גם מילה בעברית, כמו טל או אור, נקרא...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שהוא גם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כינוי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לבחור שם לתינוק גם בגלל משאלה של ההורים, למשל שיהיה חזק או שמח.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כינוי הוא תמיד זהה לשם המלא בתעודת הזהות.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השם __________ הוא גם מילה שמשמעותה טיפות מים קטנות שיורדות בבוקר.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השם שלנו הוא חלק חשוב מה__________ שלנו.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שם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ניגוד לחושך, מאיר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יופי, נוף 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טיפות מים קטנות בבוקר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– הכנת כרטיס השם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משפט או שניים על הסיפור של השם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את השם שלכם באותיות גדולות וצבעוניות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שאלו מבוגר או חפשו מה הסיפור או המשמעות של השם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3-4 משפטים: מה השם שלכם, מי בחר אותו (אם ידוע), ומה הסיפור או המשמעות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את השם שלכם ומילה אחת שמתארת אתכם.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אחד שהוא גם מילה, ואת המשמעות שלו.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מסתתר בשם שלי? – שמות ומשמעותם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