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מסתתר בשם שלי? – שמות ומשמעותם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שלשם יכולה להיות סיבה או משמעות מיוחדת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סוגים שונים של שמות: לכבוד מישהו, משמעות, חג, מקום או משאלה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כבוד לשמות של אחרים, גם כשהם לא מוכרים 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כדי לכבד ולהזכיר את אותו 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שם שהוא גם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כשהתינוק נולד בתקופת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שם חיבה קצר שקוראים בבית או בין חברים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כי השם הוא חלק מהזהות שלו וכבוד 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הרבה שמות שהם רק שמות, ולא מילים נוספות בשפה.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לפעמים השם מבטא משאלה טובה לילד.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כינוי הוא לרוב שם קצר או אחר מהשם הרשמי.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מראה כבוד לזהות של כל אחד.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יש שמות שנבחרים בגלל מקום אהוב או משמעותי.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על 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זהות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כינוי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שם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(טיפות מים קטנות בבוקר)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(ניגוד לחושך, מאיר)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(יופי, נוף יפה)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(ניתן לכבוד קרוב 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(שם חיבה קצר)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– הכנת כרטיס השם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כתבו את השם שלכם באותיות גדולות וצבעוניות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שאלו מבוגר או חפשו מה הסיפור או המשמעות של השם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כתבו משפט או שניים על הסיפור של השם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הוסיפו ציור שמתאים לשם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ספרו לחבר או לחברה מה כתבתם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תכלול: תחושה של עלבון או עצב, והצעה כמו ללמוד לבטא נכון את השם ולשאול את מלאכו איך נכון לקרוא לו.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הכוללת את השם, מי בחר בו (אם ידוע) ותיאור קצר של הסיפור או המשמעות.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אישי ומילה מתאימה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שהוא גם מילה עם הסבר נכון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סדר אלף-ביתי נכון: אור, טל, נוי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בשיחה קצרה על הסיפור שמאחורי שם המורה או שמות מוכרים, בלי לציין פרטים אישיים מזהים.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רגישות מיוחדת לתלמידים שלא רוצים לשתף את סיפור שמם, ולהציע את האופציה של שלוש מילים מתארות במקום.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לנהל דיון קצר על מקרה מלאכו ולהדגיש חשיבות ביטוי נכון של שמות בכיתה.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מסתתר בשם שלי? – שמות ומשמעותם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לכל אחד ואחת מאיתנו יש שם, ולפעמים יש לו סיפור מיוחד – למה בחרו בו ומה הוא אומר עלינו. בדף הזה נתרגל להכיר את הסיפורים שמאחורי שמות, ונחשוב איך מכבדים כל שם.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חלק מההורים בוחרים שם בגלל שם של קרוב 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שיהיה קשה לזכור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לכבד ולהזכיר את אותו 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אין שמות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שהשם יהיה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שם שהוא גם מילה בעברית, כמו טל או אור, נקרא...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שהוא גם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כינוי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תאריך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יכולים לבחור שם בגלל 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כשהתינוק נולד בתקופת החג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כשאין רעיון לשם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כשהשם ארוך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כשיש חיית מחמד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כינוי הוא בדרך כלל...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רשמי בתעודת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חיבה קצר שקוראים בבית או בין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של 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בסיפור על מלאכו, למה חשוב לקרוא לו בשם האמיתי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זה חוקי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השם הוא חלק מהזהות שלו וכבוד 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ככה כולם עושים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זה קצר יותר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שם בעברית הוא גם מילה עם משמעות.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שם לתינוק גם בגלל משאלה של ההורים, למשל שיהיה חזק או שמח.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כינוי הוא תמיד זהה לשם המלא בתעודת הזהות.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חשוב לנסות לבטא נכון את השם של כל ילד וילדה בכיתה.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יכול להינתן גם על שם מקום, כמו עיר או הר.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השם __________ הוא גם מילה שמשמעותה טיפות מים קטנות שיורדות בבוקר.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כשההורים נותנים לתינוק את השם של סבא, אומרים שהתינוק נקרא __________ סבא.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השם שלנו הוא חלק חשוב מה__________ שלנו.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שם חיבה קצר שקוראים לנו בבית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שם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ניתן לכבוד קרוב משפחה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שם חיבה קצר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ניגוד לחושך, מאיר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שם על שם מישהו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טיפות מים קטנות בבוקר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כינוי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יופי, נוף יפה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– הכנת כרטיס השם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ספרו לחבר או לחברה מה כתבתם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משפט או שניים על הסיפור של השם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את השם שלכם באותיות גדולות וצבעוניות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שאלו מבוגר או חפשו מה הסיפור או המשמעות של השם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הוסיפו ציור שמתאים לשם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ילד חדש בשם מלאכו הגיע לכיתה, וילד הציע לקרוא לו 'מלאך' כי זה יותר קל. מה מלאכו עשוי להרגיש? מה הכיתה יכולה לעשות כדי לכבד את השם שלו? כתבו 3-4 משפטים.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3-4 משפטים: מה השם שלכם, מי בחר אותו (אם ידוע), ומה הסיפור או המשמעות שלו.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את השם שלכם ומילה אחת שמתארת אתכם.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אחד שהוא גם מילה, ואת המשמעות שלו.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סדרו לפי האלף-בית: נוי, אור, טל.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 מסתתר בשם שלי? – שמות ומשמעותם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